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C6E51" w14:textId="3DDE248D" w:rsidR="005E5166" w:rsidRPr="005E5166" w:rsidRDefault="005E5166" w:rsidP="005E5166">
      <w:pPr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  <w:bookmarkStart w:id="0" w:name="_Hlk211326883"/>
      <w:r w:rsidRPr="005E5166">
        <w:rPr>
          <w:rFonts w:asciiTheme="majorHAnsi" w:hAnsiTheme="majorHAnsi" w:cstheme="majorHAnsi"/>
          <w:b/>
          <w:bCs/>
          <w:sz w:val="28"/>
          <w:szCs w:val="28"/>
          <w:lang w:val="sv-SE"/>
        </w:rPr>
        <w:t xml:space="preserve">Bli Kund hos Sevan Wines &amp; Spirits </w:t>
      </w:r>
      <w:bookmarkEnd w:id="0"/>
      <w:r w:rsidRPr="005E5166">
        <w:rPr>
          <w:rFonts w:asciiTheme="majorHAnsi" w:hAnsiTheme="majorHAnsi" w:cstheme="majorHAnsi"/>
          <w:b/>
          <w:bCs/>
          <w:sz w:val="28"/>
          <w:szCs w:val="28"/>
          <w:lang w:val="sv-SE"/>
        </w:rPr>
        <w:t>AB</w:t>
      </w:r>
    </w:p>
    <w:p w14:paraId="5C0808EA" w14:textId="4D2B2D72" w:rsidR="00AF7D09" w:rsidRPr="005E5166" w:rsidRDefault="00BF32BA">
      <w:pPr>
        <w:rPr>
          <w:rFonts w:asciiTheme="majorHAnsi" w:hAnsiTheme="majorHAnsi" w:cstheme="majorHAnsi"/>
          <w:color w:val="EE0000"/>
          <w:lang w:val="sv-SE"/>
        </w:rPr>
      </w:pPr>
      <w:r w:rsidRPr="005E5166">
        <w:rPr>
          <w:rFonts w:asciiTheme="majorHAnsi" w:hAnsiTheme="majorHAnsi" w:cstheme="majorHAnsi"/>
          <w:lang w:val="sv-SE"/>
        </w:rPr>
        <w:t>Fyll i formuläret för att ansöka om att bli kund hos oss.</w:t>
      </w:r>
    </w:p>
    <w:p w14:paraId="3B4AD433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lang w:val="sv-SE"/>
        </w:rPr>
        <w:t>* = Obligatoriskt fält</w:t>
      </w:r>
      <w:r w:rsidRPr="005E5166">
        <w:rPr>
          <w:rFonts w:asciiTheme="majorHAnsi" w:hAnsiTheme="majorHAnsi" w:cstheme="majorHAnsi"/>
          <w:lang w:val="sv-SE"/>
        </w:rPr>
        <w:br/>
      </w:r>
    </w:p>
    <w:p w14:paraId="40BB752E" w14:textId="05623B8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 xml:space="preserve">Registrerat </w:t>
      </w:r>
      <w:r w:rsidR="006955F7">
        <w:rPr>
          <w:rFonts w:asciiTheme="majorHAnsi" w:hAnsiTheme="majorHAnsi" w:cstheme="majorHAnsi"/>
          <w:b/>
          <w:lang w:val="sv-SE"/>
        </w:rPr>
        <w:t xml:space="preserve">Företag </w:t>
      </w:r>
      <w:r w:rsidRPr="005E5166">
        <w:rPr>
          <w:rFonts w:asciiTheme="majorHAnsi" w:hAnsiTheme="majorHAnsi" w:cstheme="majorHAnsi"/>
          <w:b/>
          <w:lang w:val="sv-SE"/>
        </w:rPr>
        <w:t>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728B3894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Org. nr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620681EC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Typ av verksamhet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2EB313D3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Årsomsättning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270C5E5F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Förväntad inköpsvolym i kronor per månad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208D1863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Leveransadress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5FED5871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Postnummer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2F66D605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Ort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4196F90F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Telefonnummer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57DD793B" w14:textId="77777777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Förnamn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20E6DD3C" w14:textId="77777777" w:rsidR="006955F7" w:rsidRDefault="006955F7">
      <w:pPr>
        <w:rPr>
          <w:rFonts w:asciiTheme="majorHAnsi" w:hAnsiTheme="majorHAnsi" w:cstheme="majorHAnsi"/>
          <w:b/>
          <w:lang w:val="sv-SE"/>
        </w:rPr>
      </w:pPr>
    </w:p>
    <w:p w14:paraId="5762964B" w14:textId="77777777" w:rsidR="006955F7" w:rsidRDefault="006955F7">
      <w:pPr>
        <w:rPr>
          <w:rFonts w:asciiTheme="majorHAnsi" w:hAnsiTheme="majorHAnsi" w:cstheme="majorHAnsi"/>
          <w:b/>
          <w:lang w:val="sv-SE"/>
        </w:rPr>
      </w:pPr>
    </w:p>
    <w:p w14:paraId="57DB8215" w14:textId="77777777" w:rsidR="006955F7" w:rsidRDefault="006955F7">
      <w:pPr>
        <w:rPr>
          <w:rFonts w:asciiTheme="majorHAnsi" w:hAnsiTheme="majorHAnsi" w:cstheme="majorHAnsi"/>
          <w:b/>
          <w:lang w:val="sv-SE"/>
        </w:rPr>
      </w:pPr>
    </w:p>
    <w:p w14:paraId="6680C2E5" w14:textId="7C2CA5A4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lastRenderedPageBreak/>
        <w:t>Efternamn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74C1ABB2" w14:textId="394E484F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Mobilnummer</w:t>
      </w:r>
      <w:r w:rsidR="002163E0">
        <w:rPr>
          <w:rFonts w:asciiTheme="majorHAnsi" w:hAnsiTheme="majorHAnsi" w:cstheme="majorHAnsi"/>
          <w:b/>
          <w:lang w:val="sv-SE"/>
        </w:rPr>
        <w:t xml:space="preserve"> </w:t>
      </w:r>
      <w:r w:rsidR="002163E0" w:rsidRPr="005A42F1">
        <w:rPr>
          <w:rFonts w:asciiTheme="majorHAnsi" w:hAnsiTheme="majorHAnsi" w:cstheme="majorHAnsi"/>
          <w:b/>
          <w:sz w:val="20"/>
          <w:szCs w:val="20"/>
          <w:lang w:val="sv-SE"/>
        </w:rPr>
        <w:t>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44E4CA11" w14:textId="3EE44879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 xml:space="preserve">E-postadress för </w:t>
      </w:r>
      <w:r w:rsidR="006A1F09">
        <w:rPr>
          <w:rFonts w:asciiTheme="majorHAnsi" w:hAnsiTheme="majorHAnsi" w:cstheme="majorHAnsi"/>
          <w:b/>
          <w:lang w:val="sv-SE"/>
        </w:rPr>
        <w:t>orderbekräftelse</w:t>
      </w:r>
      <w:r w:rsidRPr="005E5166">
        <w:rPr>
          <w:rFonts w:asciiTheme="majorHAnsi" w:hAnsiTheme="majorHAnsi" w:cstheme="majorHAnsi"/>
          <w:b/>
          <w:lang w:val="sv-SE"/>
        </w:rPr>
        <w:t xml:space="preserve"> 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1828D880" w14:textId="2DD46028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 xml:space="preserve">E-postadress för </w:t>
      </w:r>
      <w:proofErr w:type="spellStart"/>
      <w:r w:rsidRPr="005E5166">
        <w:rPr>
          <w:rFonts w:asciiTheme="majorHAnsi" w:hAnsiTheme="majorHAnsi" w:cstheme="majorHAnsi"/>
          <w:b/>
          <w:lang w:val="sv-SE"/>
        </w:rPr>
        <w:t>pdf</w:t>
      </w:r>
      <w:proofErr w:type="spellEnd"/>
      <w:r w:rsidRPr="005E5166">
        <w:rPr>
          <w:rFonts w:asciiTheme="majorHAnsi" w:hAnsiTheme="majorHAnsi" w:cstheme="majorHAnsi"/>
          <w:b/>
          <w:lang w:val="sv-SE"/>
        </w:rPr>
        <w:t>-faktura</w:t>
      </w:r>
      <w:r w:rsidR="006A1F09">
        <w:rPr>
          <w:rFonts w:asciiTheme="majorHAnsi" w:hAnsiTheme="majorHAnsi" w:cstheme="majorHAnsi"/>
          <w:b/>
          <w:lang w:val="sv-SE"/>
        </w:rPr>
        <w:t xml:space="preserve"> </w:t>
      </w:r>
      <w:r w:rsidR="006A1F09" w:rsidRPr="005A42F1">
        <w:rPr>
          <w:rFonts w:asciiTheme="majorHAnsi" w:hAnsiTheme="majorHAnsi" w:cstheme="majorHAnsi"/>
          <w:b/>
          <w:sz w:val="20"/>
          <w:szCs w:val="20"/>
          <w:lang w:val="sv-SE"/>
        </w:rPr>
        <w:t>*</w:t>
      </w:r>
      <w:r w:rsidRPr="005E5166">
        <w:rPr>
          <w:rFonts w:asciiTheme="majorHAnsi" w:hAnsiTheme="majorHAnsi" w:cstheme="majorHAnsi"/>
          <w:lang w:val="sv-SE"/>
        </w:rPr>
        <w:br/>
        <w:t>[ Skriv här ]</w:t>
      </w:r>
    </w:p>
    <w:p w14:paraId="7D038BF5" w14:textId="6DCE7C8A" w:rsidR="00AF7D09" w:rsidRPr="006955F7" w:rsidRDefault="00BF32BA">
      <w:pPr>
        <w:rPr>
          <w:rFonts w:asciiTheme="majorHAnsi" w:hAnsiTheme="majorHAnsi" w:cstheme="majorHAnsi"/>
          <w:b/>
          <w:lang w:val="sv-SE"/>
        </w:rPr>
      </w:pPr>
      <w:r w:rsidRPr="005E5166">
        <w:rPr>
          <w:rFonts w:asciiTheme="majorHAnsi" w:hAnsiTheme="majorHAnsi" w:cstheme="majorHAnsi"/>
          <w:b/>
          <w:lang w:val="sv-SE"/>
        </w:rPr>
        <w:t>Övrigt</w:t>
      </w:r>
      <w:r w:rsidR="006955F7">
        <w:rPr>
          <w:rFonts w:asciiTheme="majorHAnsi" w:hAnsiTheme="majorHAnsi" w:cstheme="majorHAnsi"/>
          <w:b/>
          <w:lang w:val="sv-SE"/>
        </w:rPr>
        <w:t>:</w:t>
      </w:r>
      <w:r w:rsidR="006955F7">
        <w:rPr>
          <w:rFonts w:asciiTheme="majorHAnsi" w:hAnsiTheme="majorHAnsi" w:cstheme="majorHAnsi"/>
          <w:b/>
          <w:lang w:val="sv-SE"/>
        </w:rPr>
        <w:br/>
      </w:r>
      <w:r w:rsidRPr="005E5166">
        <w:rPr>
          <w:rFonts w:asciiTheme="majorHAnsi" w:hAnsiTheme="majorHAnsi" w:cstheme="majorHAnsi"/>
          <w:lang w:val="sv-SE"/>
        </w:rPr>
        <w:br/>
      </w:r>
      <w:r w:rsidR="006955F7" w:rsidRPr="00091ECF">
        <w:rPr>
          <w:rFonts w:asciiTheme="majorHAnsi" w:hAnsiTheme="majorHAnsi" w:cstheme="majorHAnsi"/>
          <w:lang w:val="sv-SE"/>
        </w:rPr>
        <w:t>Bifoga ditt serveringstillstånd</w:t>
      </w:r>
      <w:r w:rsidR="006955F7">
        <w:rPr>
          <w:rFonts w:asciiTheme="majorHAnsi" w:hAnsiTheme="majorHAnsi" w:cstheme="majorHAnsi"/>
          <w:b/>
          <w:lang w:val="sv-SE"/>
        </w:rPr>
        <w:br/>
      </w:r>
      <w:r w:rsidRPr="005E5166">
        <w:rPr>
          <w:rFonts w:asciiTheme="majorHAnsi" w:hAnsiTheme="majorHAnsi" w:cstheme="majorHAnsi"/>
          <w:lang w:val="sv-SE"/>
        </w:rPr>
        <w:br/>
      </w:r>
      <w:r w:rsidRPr="005E5166">
        <w:rPr>
          <w:rFonts w:ascii="Segoe UI Symbol" w:hAnsi="Segoe UI Symbol" w:cs="Segoe UI Symbol"/>
          <w:lang w:val="sv-SE"/>
        </w:rPr>
        <w:t>☐</w:t>
      </w:r>
      <w:r w:rsidRPr="005E5166">
        <w:rPr>
          <w:rFonts w:asciiTheme="majorHAnsi" w:hAnsiTheme="majorHAnsi" w:cstheme="majorHAnsi"/>
          <w:lang w:val="sv-SE"/>
        </w:rPr>
        <w:t xml:space="preserve"> Ja, jag godk</w:t>
      </w:r>
      <w:r w:rsidRPr="005E5166">
        <w:rPr>
          <w:rFonts w:ascii="Calibri" w:hAnsi="Calibri" w:cs="Calibri"/>
          <w:lang w:val="sv-SE"/>
        </w:rPr>
        <w:t>ä</w:t>
      </w:r>
      <w:r w:rsidRPr="005E5166">
        <w:rPr>
          <w:rFonts w:asciiTheme="majorHAnsi" w:hAnsiTheme="majorHAnsi" w:cstheme="majorHAnsi"/>
          <w:lang w:val="sv-SE"/>
        </w:rPr>
        <w:t xml:space="preserve">nner </w:t>
      </w:r>
      <w:bookmarkStart w:id="1" w:name="_Hlk211326982"/>
      <w:r w:rsidRPr="005E5166">
        <w:rPr>
          <w:rFonts w:asciiTheme="majorHAnsi" w:hAnsiTheme="majorHAnsi" w:cstheme="majorHAnsi"/>
          <w:lang w:val="sv-SE"/>
        </w:rPr>
        <w:t xml:space="preserve">Sevan </w:t>
      </w:r>
      <w:r w:rsidR="00245C73" w:rsidRPr="005E5166">
        <w:rPr>
          <w:rFonts w:asciiTheme="majorHAnsi" w:hAnsiTheme="majorHAnsi" w:cstheme="majorHAnsi"/>
          <w:lang w:val="sv-SE"/>
        </w:rPr>
        <w:t xml:space="preserve">Wines &amp; Spirits`s </w:t>
      </w:r>
      <w:bookmarkEnd w:id="1"/>
      <w:r w:rsidRPr="00833594">
        <w:rPr>
          <w:rFonts w:asciiTheme="majorHAnsi" w:hAnsiTheme="majorHAnsi" w:cstheme="majorHAnsi"/>
          <w:b/>
          <w:bCs/>
          <w:lang w:val="sv-SE"/>
        </w:rPr>
        <w:t>handelsvillkor och integritetspolicy</w:t>
      </w:r>
    </w:p>
    <w:p w14:paraId="0C1D305E" w14:textId="59FE9C4E" w:rsidR="00AF7D09" w:rsidRPr="005E5166" w:rsidRDefault="00BF32BA">
      <w:pPr>
        <w:rPr>
          <w:rFonts w:asciiTheme="majorHAnsi" w:hAnsiTheme="majorHAnsi" w:cstheme="majorHAnsi"/>
          <w:lang w:val="sv-SE"/>
        </w:rPr>
      </w:pPr>
      <w:r w:rsidRPr="005E5166">
        <w:rPr>
          <w:rFonts w:ascii="Segoe UI Symbol" w:hAnsi="Segoe UI Symbol" w:cs="Segoe UI Symbol"/>
          <w:lang w:val="sv-SE"/>
        </w:rPr>
        <w:t>☐</w:t>
      </w:r>
      <w:r w:rsidRPr="005E5166">
        <w:rPr>
          <w:rFonts w:asciiTheme="majorHAnsi" w:hAnsiTheme="majorHAnsi" w:cstheme="majorHAnsi"/>
          <w:lang w:val="sv-SE"/>
        </w:rPr>
        <w:t xml:space="preserve"> Ja, jag vill få nyheter. Jag godkänner att Sevan </w:t>
      </w:r>
      <w:r w:rsidR="00245C73" w:rsidRPr="005E5166">
        <w:rPr>
          <w:rFonts w:asciiTheme="majorHAnsi" w:hAnsiTheme="majorHAnsi" w:cstheme="majorHAnsi"/>
          <w:lang w:val="sv-SE"/>
        </w:rPr>
        <w:t xml:space="preserve">Wines &amp; Spirits </w:t>
      </w:r>
      <w:r w:rsidRPr="005E5166">
        <w:rPr>
          <w:rFonts w:asciiTheme="majorHAnsi" w:hAnsiTheme="majorHAnsi" w:cstheme="majorHAnsi"/>
          <w:lang w:val="sv-SE"/>
        </w:rPr>
        <w:t xml:space="preserve">får bearbeta mina personuppgifter i syfte att kunna skicka mig </w:t>
      </w:r>
      <w:r w:rsidR="00120BB3" w:rsidRPr="005E5166">
        <w:rPr>
          <w:rFonts w:asciiTheme="majorHAnsi" w:hAnsiTheme="majorHAnsi" w:cstheme="majorHAnsi"/>
          <w:lang w:val="sv-SE"/>
        </w:rPr>
        <w:t>person anpassat</w:t>
      </w:r>
      <w:r w:rsidRPr="005E5166">
        <w:rPr>
          <w:rFonts w:asciiTheme="majorHAnsi" w:hAnsiTheme="majorHAnsi" w:cstheme="majorHAnsi"/>
          <w:lang w:val="sv-SE"/>
        </w:rPr>
        <w:t xml:space="preserve"> marknadsföringsmaterial i enlighet med Sevan</w:t>
      </w:r>
      <w:r w:rsidR="00245C73" w:rsidRPr="005E5166">
        <w:rPr>
          <w:rFonts w:asciiTheme="majorHAnsi" w:hAnsiTheme="majorHAnsi" w:cstheme="majorHAnsi"/>
          <w:lang w:val="sv-SE"/>
        </w:rPr>
        <w:t xml:space="preserve"> Wines &amp; </w:t>
      </w:r>
      <w:proofErr w:type="spellStart"/>
      <w:r w:rsidR="00245C73" w:rsidRPr="005E5166">
        <w:rPr>
          <w:rFonts w:asciiTheme="majorHAnsi" w:hAnsiTheme="majorHAnsi" w:cstheme="majorHAnsi"/>
          <w:lang w:val="sv-SE"/>
        </w:rPr>
        <w:t>Spirits:s</w:t>
      </w:r>
      <w:proofErr w:type="spellEnd"/>
      <w:r w:rsidR="00245C73" w:rsidRPr="005E5166">
        <w:rPr>
          <w:rFonts w:asciiTheme="majorHAnsi" w:hAnsiTheme="majorHAnsi" w:cstheme="majorHAnsi"/>
          <w:lang w:val="sv-SE"/>
        </w:rPr>
        <w:t xml:space="preserve"> integritetspolicy</w:t>
      </w:r>
    </w:p>
    <w:p w14:paraId="26A69C76" w14:textId="77777777" w:rsidR="00245C73" w:rsidRPr="005E5166" w:rsidRDefault="00245C73" w:rsidP="00245C73">
      <w:pPr>
        <w:rPr>
          <w:rFonts w:asciiTheme="majorHAnsi" w:hAnsiTheme="majorHAnsi" w:cstheme="majorHAnsi"/>
          <w:lang w:val="sv-SE"/>
        </w:rPr>
      </w:pPr>
    </w:p>
    <w:p w14:paraId="3B2118CA" w14:textId="77777777" w:rsidR="00245C73" w:rsidRPr="005E5166" w:rsidRDefault="00245C73" w:rsidP="00245C73">
      <w:pPr>
        <w:rPr>
          <w:rFonts w:asciiTheme="majorHAnsi" w:hAnsiTheme="majorHAnsi" w:cstheme="majorHAnsi"/>
          <w:lang w:val="sv-SE"/>
        </w:rPr>
      </w:pPr>
    </w:p>
    <w:p w14:paraId="22CB85DE" w14:textId="77777777" w:rsidR="00245C73" w:rsidRPr="005E5166" w:rsidRDefault="00245C73" w:rsidP="00245C73">
      <w:pPr>
        <w:rPr>
          <w:rFonts w:asciiTheme="majorHAnsi" w:hAnsiTheme="majorHAnsi" w:cstheme="majorHAnsi"/>
          <w:lang w:val="sv-SE"/>
        </w:rPr>
      </w:pPr>
    </w:p>
    <w:p w14:paraId="1BB3A0BF" w14:textId="77777777" w:rsidR="00245C73" w:rsidRPr="005E5166" w:rsidRDefault="00245C73" w:rsidP="00245C73">
      <w:pPr>
        <w:rPr>
          <w:rFonts w:asciiTheme="majorHAnsi" w:hAnsiTheme="majorHAnsi" w:cstheme="majorHAnsi"/>
          <w:lang w:val="sv-SE"/>
        </w:rPr>
      </w:pPr>
    </w:p>
    <w:p w14:paraId="5C902B66" w14:textId="77777777" w:rsidR="00245C73" w:rsidRPr="005E5166" w:rsidRDefault="00245C73" w:rsidP="00245C73">
      <w:pPr>
        <w:jc w:val="center"/>
        <w:rPr>
          <w:rFonts w:asciiTheme="majorHAnsi" w:hAnsiTheme="majorHAnsi" w:cstheme="majorHAnsi"/>
          <w:lang w:val="sv-SE"/>
        </w:rPr>
      </w:pPr>
    </w:p>
    <w:sectPr w:rsidR="00245C73" w:rsidRPr="005E5166" w:rsidSect="00034616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A7491" w14:textId="77777777" w:rsidR="003F721F" w:rsidRDefault="003F721F" w:rsidP="005E5166">
      <w:pPr>
        <w:spacing w:after="0" w:line="240" w:lineRule="auto"/>
      </w:pPr>
      <w:r>
        <w:separator/>
      </w:r>
    </w:p>
  </w:endnote>
  <w:endnote w:type="continuationSeparator" w:id="0">
    <w:p w14:paraId="61751A7D" w14:textId="77777777" w:rsidR="003F721F" w:rsidRDefault="003F721F" w:rsidP="005E5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02438" w14:textId="77777777" w:rsidR="003F721F" w:rsidRDefault="003F721F" w:rsidP="005E5166">
      <w:pPr>
        <w:spacing w:after="0" w:line="240" w:lineRule="auto"/>
      </w:pPr>
      <w:r>
        <w:separator/>
      </w:r>
    </w:p>
  </w:footnote>
  <w:footnote w:type="continuationSeparator" w:id="0">
    <w:p w14:paraId="05EFB74E" w14:textId="77777777" w:rsidR="003F721F" w:rsidRDefault="003F721F" w:rsidP="005E5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8FEEF" w14:textId="3CB1E565" w:rsidR="005E5166" w:rsidRDefault="005E5166">
    <w:pPr>
      <w:pStyle w:val="Sidhuvud"/>
    </w:pPr>
    <w:r>
      <w:rPr>
        <w:noProof/>
      </w:rPr>
      <w:drawing>
        <wp:inline distT="0" distB="0" distL="0" distR="0" wp14:anchorId="62FFA10A" wp14:editId="44633842">
          <wp:extent cx="1883664" cy="1178052"/>
          <wp:effectExtent l="0" t="0" r="2540" b="3175"/>
          <wp:docPr id="1796109591" name="Bildobjekt 1" descr="En bild som visar logotyp, Teckensnitt, text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109591" name="Bildobjekt 1" descr="En bild som visar logotyp, Teckensnitt, text, Grafik&#10;&#10;AI-genererat innehåll kan vara felaktig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3664" cy="1178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F2EE51" w14:textId="77777777" w:rsidR="005E5166" w:rsidRDefault="005E516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31641377">
    <w:abstractNumId w:val="8"/>
  </w:num>
  <w:num w:numId="2" w16cid:durableId="1263031144">
    <w:abstractNumId w:val="6"/>
  </w:num>
  <w:num w:numId="3" w16cid:durableId="732630235">
    <w:abstractNumId w:val="5"/>
  </w:num>
  <w:num w:numId="4" w16cid:durableId="258954187">
    <w:abstractNumId w:val="4"/>
  </w:num>
  <w:num w:numId="5" w16cid:durableId="1387071395">
    <w:abstractNumId w:val="7"/>
  </w:num>
  <w:num w:numId="6" w16cid:durableId="833377079">
    <w:abstractNumId w:val="3"/>
  </w:num>
  <w:num w:numId="7" w16cid:durableId="1275289443">
    <w:abstractNumId w:val="2"/>
  </w:num>
  <w:num w:numId="8" w16cid:durableId="1593051708">
    <w:abstractNumId w:val="1"/>
  </w:num>
  <w:num w:numId="9" w16cid:durableId="398097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oNotDisplayPageBoundarie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6EE4"/>
    <w:rsid w:val="00120BB3"/>
    <w:rsid w:val="001274B2"/>
    <w:rsid w:val="0015074B"/>
    <w:rsid w:val="002163E0"/>
    <w:rsid w:val="00245C73"/>
    <w:rsid w:val="0029639D"/>
    <w:rsid w:val="00326F90"/>
    <w:rsid w:val="00354067"/>
    <w:rsid w:val="003F721F"/>
    <w:rsid w:val="004A261C"/>
    <w:rsid w:val="005E5166"/>
    <w:rsid w:val="006955F7"/>
    <w:rsid w:val="006A1F09"/>
    <w:rsid w:val="00833594"/>
    <w:rsid w:val="00AA1D8D"/>
    <w:rsid w:val="00AF7D09"/>
    <w:rsid w:val="00B47730"/>
    <w:rsid w:val="00B928B8"/>
    <w:rsid w:val="00BF32BA"/>
    <w:rsid w:val="00BF63A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679464"/>
  <w14:defaultImageDpi w14:val="300"/>
  <w15:docId w15:val="{556A2089-FD50-42D3-A009-FC082F5C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D0B5D6C3E4B34190210E8162E3C88B" ma:contentTypeVersion="11" ma:contentTypeDescription="Skapa ett nytt dokument." ma:contentTypeScope="" ma:versionID="034c5ffa5b5eefc21ab28f8ee2f4b296">
  <xsd:schema xmlns:xsd="http://www.w3.org/2001/XMLSchema" xmlns:xs="http://www.w3.org/2001/XMLSchema" xmlns:p="http://schemas.microsoft.com/office/2006/metadata/properties" xmlns:ns2="be4fa7b0-0b4f-4502-b58a-5cf8ce99a146" xmlns:ns3="7c8ded03-cdb4-4e50-9054-9fb19e43615a" targetNamespace="http://schemas.microsoft.com/office/2006/metadata/properties" ma:root="true" ma:fieldsID="29077e1fc167e151a0f3b980db0d4392" ns2:_="" ns3:_="">
    <xsd:import namespace="be4fa7b0-0b4f-4502-b58a-5cf8ce99a146"/>
    <xsd:import namespace="7c8ded03-cdb4-4e50-9054-9fb19e4361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fa7b0-0b4f-4502-b58a-5cf8ce99a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ildmarkeringar" ma:readOnly="false" ma:fieldId="{5cf76f15-5ced-4ddc-b409-7134ff3c332f}" ma:taxonomyMulti="true" ma:sspId="b174ca68-1847-4158-a1ea-4b8ed2520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ded03-cdb4-4e50-9054-9fb19e43615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97c9671-514f-420f-b7c7-77b9c98a8a3d}" ma:internalName="TaxCatchAll" ma:showField="CatchAllData" ma:web="7c8ded03-cdb4-4e50-9054-9fb19e4361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8ded03-cdb4-4e50-9054-9fb19e43615a" xsi:nil="true"/>
    <lcf76f155ced4ddcb4097134ff3c332f xmlns="be4fa7b0-0b4f-4502-b58a-5cf8ce99a1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5CA8AA-7E82-4AC2-BC88-A54A5F41B781}"/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2321EE-72C5-4658-B7EF-31DEA1858C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8B4CFD-9E65-40C1-95A9-A4C03F76E755}">
  <ds:schemaRefs>
    <ds:schemaRef ds:uri="http://schemas.microsoft.com/office/2006/metadata/properties"/>
    <ds:schemaRef ds:uri="http://schemas.microsoft.com/office/infopath/2007/PartnerControls"/>
    <ds:schemaRef ds:uri="7c8ded03-cdb4-4e50-9054-9fb19e43615a"/>
    <ds:schemaRef ds:uri="be4fa7b0-0b4f-4502-b58a-5cf8ce99a1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Sundqvist</dc:creator>
  <cp:keywords/>
  <dc:description>generated by python-docx</dc:description>
  <cp:lastModifiedBy>Eden Sundqvist</cp:lastModifiedBy>
  <cp:revision>7</cp:revision>
  <dcterms:created xsi:type="dcterms:W3CDTF">2025-10-14T08:38:00Z</dcterms:created>
  <dcterms:modified xsi:type="dcterms:W3CDTF">2026-03-24T08:26:00Z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0x01010033D0B5D6C3E4B34190210E8162E3C88B</vt:lpwstr>
  </property>
  <property fmtid="{D5CDD505-2E9C-101B-9397-08002B2CF9AE}" pid="3" name="MediaServiceImageTags">
    <vt:lpwstr/>
  </property>
</Properties>
</file>